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23A9EC78" w:rsidR="00056092" w:rsidRDefault="00130F31" w:rsidP="560005CA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8E1854B" wp14:editId="39D9C0A1">
                <wp:simplePos x="0" y="0"/>
                <wp:positionH relativeFrom="margin">
                  <wp:posOffset>-66675</wp:posOffset>
                </wp:positionH>
                <wp:positionV relativeFrom="paragraph">
                  <wp:posOffset>19050</wp:posOffset>
                </wp:positionV>
                <wp:extent cx="6115050" cy="1209675"/>
                <wp:effectExtent l="19050" t="19050" r="19050" b="28575"/>
                <wp:wrapNone/>
                <wp:docPr id="1762914763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15050" cy="1209675"/>
                          <a:chOff x="1601" y="4377"/>
                          <a:chExt cx="9630" cy="1905"/>
                        </a:xfrm>
                      </wpg:grpSpPr>
                      <wps:wsp>
                        <wps:cNvPr id="634740030" name="Rectangle 2"/>
                        <wps:cNvSpPr>
                          <a:spLocks noChangeArrowheads="1"/>
                        </wps:cNvSpPr>
                        <wps:spPr bwMode="auto">
                          <a:xfrm>
                            <a:off x="1601" y="4377"/>
                            <a:ext cx="9630" cy="1905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 w="28575">
                            <a:solidFill>
                              <a:srgbClr val="7F7F7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30946127" name="Group 4"/>
                        <wpg:cNvGrpSpPr>
                          <a:grpSpLocks/>
                        </wpg:cNvGrpSpPr>
                        <wpg:grpSpPr bwMode="auto">
                          <a:xfrm>
                            <a:off x="1826" y="4422"/>
                            <a:ext cx="8284" cy="1818"/>
                            <a:chOff x="1826" y="4422"/>
                            <a:chExt cx="8284" cy="1818"/>
                          </a:xfrm>
                        </wpg:grpSpPr>
                        <pic:pic xmlns:pic="http://schemas.openxmlformats.org/drawingml/2006/picture">
                          <pic:nvPicPr>
                            <pic:cNvPr id="434348656" name="Picture 3" descr="New Wharf Logo Design Template - Solid Black Writing Solid orange SMILE PLAY LEARN White Backgroun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6" y="4587"/>
                              <a:ext cx="2161" cy="1497"/>
                            </a:xfrm>
                            <a:prstGeom prst="rect">
                              <a:avLst/>
                            </a:prstGeom>
                            <a:noFill/>
                            <a:ln w="57150" cmpd="thinThick">
                              <a:solidFill>
                                <a:srgbClr val="AEAAAA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  <wps:wsp>
                          <wps:cNvPr id="19164917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85" y="4422"/>
                              <a:ext cx="5925" cy="181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3495A38" w14:textId="5931A1CC" w:rsidR="00130F31" w:rsidRPr="00130F31" w:rsidRDefault="00130F31" w:rsidP="00130F31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595959"/>
                                    <w:sz w:val="40"/>
                                    <w:szCs w:val="40"/>
                                    <w:u w:val="single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b/>
                                    <w:color w:val="595959"/>
                                    <w:sz w:val="40"/>
                                    <w:szCs w:val="40"/>
                                    <w:u w:val="single"/>
                                  </w:rPr>
                                  <w:t>Behaviour Principles</w:t>
                                </w:r>
                              </w:p>
                              <w:p w14:paraId="5016DD00" w14:textId="01409EAC" w:rsidR="00130F31" w:rsidRDefault="00130F31" w:rsidP="00130F31">
                                <w:pP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                       </w:t>
                                </w:r>
                                <w:r w:rsidRPr="00B95AC9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>Valid From: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</w:t>
                                </w:r>
                                <w:r w:rsidR="00362A9F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>October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2026</w:t>
                                </w:r>
                                <w:r w:rsidRPr="00B95AC9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ab/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   </w:t>
                                </w:r>
                              </w:p>
                              <w:p w14:paraId="18292DDB" w14:textId="1D2F9175" w:rsidR="00130F31" w:rsidRPr="00B95AC9" w:rsidRDefault="00130F31" w:rsidP="00130F31">
                                <w:pP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                        Review: </w:t>
                                </w:r>
                                <w:r w:rsidR="00362A9F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>October</w:t>
                                </w:r>
                                <w:r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 xml:space="preserve"> 2027</w:t>
                                </w:r>
                              </w:p>
                              <w:p w14:paraId="7ED0F0C3" w14:textId="77777777" w:rsidR="00130F31" w:rsidRPr="00B95AC9" w:rsidRDefault="00130F31" w:rsidP="00130F31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</w:pPr>
                              </w:p>
                              <w:p w14:paraId="30B1709C" w14:textId="77777777" w:rsidR="00130F31" w:rsidRPr="00B95AC9" w:rsidRDefault="00130F31" w:rsidP="00130F31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</w:pPr>
                                <w:r w:rsidRPr="00B95AC9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>Next Review Due:</w:t>
                                </w:r>
                                <w:r w:rsidRPr="00B95AC9">
                                  <w:rPr>
                                    <w:rFonts w:ascii="Calibri" w:hAnsi="Calibri" w:cs="Calibri"/>
                                    <w:b/>
                                    <w:color w:val="808080"/>
                                  </w:rPr>
                                  <w:tab/>
                                  <w:t>January 2023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E1854B" id="Group 1" o:spid="_x0000_s1026" style="position:absolute;left:0;text-align:left;margin-left:-5.25pt;margin-top:1.5pt;width:481.5pt;height:95.25pt;z-index:251659264;mso-position-horizontal-relative:margin" coordorigin="1601,4377" coordsize="9630,1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">
                <v:rect id="Rectangle 2" o:spid="_x0000_s1027" style="position:absolute;left:1601;top:4377;width:9630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" fillcolor="#f2f2f2" strokecolor="#7f7f7f" strokeweight="2.25pt"/>
                <v:group id="Group 4" o:spid="_x0000_s1028" style="position:absolute;left:1826;top:4422;width:8284;height:1818" coordorigin="1826,4422" coordsize="8284,1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9" type="#_x0000_t75" alt="New Wharf Logo Design Template - Solid Black Writing Solid orange SMILE PLAY LEARN White Background" style="position:absolute;left:1826;top:4587;width:2161;height: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" stroked="t" strokecolor="#aeaaaa" strokeweight="4.5pt">
                    <v:stroke linestyle="thinThick"/>
                    <v:imagedata r:id="rId7" o:title="New Wharf Logo Design Template - Solid Black Writing Solid orange SMILE PLAY LEARN White Background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0" type="#_x0000_t202" style="position:absolute;left:4185;top:4422;width:5925;height:18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" filled="f" stroked="f">
                    <v:textbox>
                      <w:txbxContent>
                        <w:p w14:paraId="23495A38" w14:textId="5931A1CC" w:rsidR="00130F31" w:rsidRPr="00130F31" w:rsidRDefault="00130F31" w:rsidP="00130F31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595959"/>
                              <w:sz w:val="40"/>
                              <w:szCs w:val="40"/>
                              <w:u w:val="single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595959"/>
                              <w:sz w:val="40"/>
                              <w:szCs w:val="40"/>
                              <w:u w:val="single"/>
                            </w:rPr>
                            <w:t>Behaviour Principles</w:t>
                          </w:r>
                        </w:p>
                        <w:p w14:paraId="5016DD00" w14:textId="01409EAC" w:rsidR="00130F31" w:rsidRDefault="00130F31" w:rsidP="00130F31">
                          <w:pP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                       </w:t>
                          </w:r>
                          <w:r w:rsidRPr="00B95AC9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>Valid From:</w:t>
                          </w: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</w:t>
                          </w:r>
                          <w:r w:rsidR="00362A9F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>October</w:t>
                          </w: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2026</w:t>
                          </w:r>
                          <w:r w:rsidRPr="00B95AC9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ab/>
                          </w: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   </w:t>
                          </w:r>
                        </w:p>
                        <w:p w14:paraId="18292DDB" w14:textId="1D2F9175" w:rsidR="00130F31" w:rsidRPr="00B95AC9" w:rsidRDefault="00130F31" w:rsidP="00130F31">
                          <w:pP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                        Review: </w:t>
                          </w:r>
                          <w:r w:rsidR="00362A9F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>October</w:t>
                          </w:r>
                          <w:r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 xml:space="preserve"> 2027</w:t>
                          </w:r>
                        </w:p>
                        <w:p w14:paraId="7ED0F0C3" w14:textId="77777777" w:rsidR="00130F31" w:rsidRPr="00B95AC9" w:rsidRDefault="00130F31" w:rsidP="00130F31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</w:pPr>
                        </w:p>
                        <w:p w14:paraId="30B1709C" w14:textId="77777777" w:rsidR="00130F31" w:rsidRPr="00B95AC9" w:rsidRDefault="00130F31" w:rsidP="00130F31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</w:pPr>
                          <w:r w:rsidRPr="00B95AC9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>Next Review Due:</w:t>
                          </w:r>
                          <w:r w:rsidRPr="00B95AC9">
                            <w:rPr>
                              <w:rFonts w:ascii="Calibri" w:hAnsi="Calibri" w:cs="Calibri"/>
                              <w:b/>
                              <w:color w:val="808080"/>
                            </w:rPr>
                            <w:tab/>
                            <w:t>January 2023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14:paraId="4FDF8B4C" w14:textId="4C2151AF" w:rsidR="00056092" w:rsidRPr="00EF174C" w:rsidRDefault="560005CA">
      <w:pPr>
        <w:rPr>
          <w:rFonts w:ascii="Calibri" w:hAnsi="Calibri" w:cs="Calibri"/>
        </w:rPr>
      </w:pPr>
      <w:r w:rsidRPr="00EF174C">
        <w:rPr>
          <w:rFonts w:ascii="Calibri" w:hAnsi="Calibri" w:cs="Calibri"/>
        </w:rPr>
        <w:t xml:space="preserve">At </w:t>
      </w:r>
      <w:r w:rsidR="07859F7A" w:rsidRPr="00EF174C">
        <w:rPr>
          <w:rFonts w:ascii="Calibri" w:hAnsi="Calibri" w:cs="Calibri"/>
        </w:rPr>
        <w:t>The Wharf Nursery School</w:t>
      </w:r>
      <w:r w:rsidRPr="00EF174C">
        <w:rPr>
          <w:rFonts w:ascii="Calibri" w:hAnsi="Calibri" w:cs="Calibri"/>
        </w:rPr>
        <w:t>, we believe that behaviour is a form of communication and that every child deserves to feel safe, valued and understood. We are committed to creating a nurturing environment where children can develop the social and emotional skills they need to thrive.</w:t>
      </w:r>
    </w:p>
    <w:p w14:paraId="509E567F" w14:textId="77777777" w:rsidR="00130F31" w:rsidRDefault="00130F31">
      <w:pPr>
        <w:rPr>
          <w:rFonts w:ascii="Calibri" w:hAnsi="Calibri" w:cs="Calibri"/>
          <w:b/>
        </w:rPr>
      </w:pPr>
    </w:p>
    <w:p w14:paraId="5BF5EEA0" w14:textId="6FB6BDDA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1. Positive relationships are at the heart of everything we do</w:t>
      </w:r>
    </w:p>
    <w:p w14:paraId="131A6947" w14:textId="77777777" w:rsidR="00056092" w:rsidRPr="00EF174C" w:rsidRDefault="00512217">
      <w:pPr>
        <w:pStyle w:val="ListBullet"/>
        <w:rPr>
          <w:rFonts w:ascii="Calibri" w:hAnsi="Calibri" w:cs="Calibri"/>
        </w:rPr>
      </w:pPr>
      <w:r w:rsidRPr="00EF174C">
        <w:rPr>
          <w:rFonts w:ascii="Calibri" w:hAnsi="Calibri" w:cs="Calibri"/>
        </w:rPr>
        <w:t>Warm, trusting relationships support children's emotional wellbeing and help them feel secure enough to learn. We work closely with families to ensure a consistent and supportive approach.</w:t>
      </w:r>
    </w:p>
    <w:p w14:paraId="2307BD5B" w14:textId="77777777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2. Every child is treated with dignity and respect</w:t>
      </w:r>
    </w:p>
    <w:p w14:paraId="2DEE7957" w14:textId="77777777" w:rsidR="00056092" w:rsidRPr="00EF174C" w:rsidRDefault="00512217">
      <w:pPr>
        <w:pStyle w:val="ListBullet"/>
        <w:rPr>
          <w:rFonts w:ascii="Calibri" w:hAnsi="Calibri" w:cs="Calibri"/>
        </w:rPr>
      </w:pPr>
      <w:r w:rsidRPr="00EF174C">
        <w:rPr>
          <w:rFonts w:ascii="Calibri" w:hAnsi="Calibri" w:cs="Calibri"/>
        </w:rPr>
        <w:t>We celebrate individuality and recognise that children develop at different rates. We promote kindness, empathy and respect for others.</w:t>
      </w:r>
    </w:p>
    <w:p w14:paraId="730E56CE" w14:textId="77777777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3. Behaviour is taught, modelled and supported</w:t>
      </w:r>
    </w:p>
    <w:p w14:paraId="48FFD6BF" w14:textId="77777777" w:rsidR="00056092" w:rsidRPr="00EF174C" w:rsidRDefault="00512217">
      <w:pPr>
        <w:pStyle w:val="ListBullet"/>
        <w:rPr>
          <w:rFonts w:ascii="Calibri" w:hAnsi="Calibri" w:cs="Calibri"/>
        </w:rPr>
      </w:pPr>
      <w:r w:rsidRPr="00EF174C">
        <w:rPr>
          <w:rFonts w:ascii="Calibri" w:hAnsi="Calibri" w:cs="Calibri"/>
        </w:rPr>
        <w:t>We help children learn the skills they need to manage emotions, solve problems and build positive relationships. Adults model the behaviours and attitudes we wish to see.</w:t>
      </w:r>
    </w:p>
    <w:p w14:paraId="5F2B5C68" w14:textId="77777777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4. Children's emotional needs are understood</w:t>
      </w:r>
    </w:p>
    <w:p w14:paraId="63E21FB2" w14:textId="77777777" w:rsidR="00056092" w:rsidRPr="00EF174C" w:rsidRDefault="00512217">
      <w:pPr>
        <w:pStyle w:val="ListBullet"/>
        <w:rPr>
          <w:rFonts w:ascii="Calibri" w:hAnsi="Calibri" w:cs="Calibri"/>
        </w:rPr>
      </w:pPr>
      <w:r w:rsidRPr="00EF174C">
        <w:rPr>
          <w:rFonts w:ascii="Calibri" w:hAnsi="Calibri" w:cs="Calibri"/>
        </w:rPr>
        <w:t>We recognise that behaviour often communicates a need, feeling or experience. We seek to understand the reasons behind behaviour and provide appropriate support.</w:t>
      </w:r>
    </w:p>
    <w:p w14:paraId="45CB744C" w14:textId="77777777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5. Consistency creates security</w:t>
      </w:r>
    </w:p>
    <w:p w14:paraId="1B540CDF" w14:textId="77777777" w:rsidR="00056092" w:rsidRPr="00EF174C" w:rsidRDefault="00512217">
      <w:pPr>
        <w:pStyle w:val="ListBullet"/>
        <w:rPr>
          <w:rFonts w:ascii="Calibri" w:hAnsi="Calibri" w:cs="Calibri"/>
        </w:rPr>
      </w:pPr>
      <w:r w:rsidRPr="00EF174C">
        <w:rPr>
          <w:rFonts w:ascii="Calibri" w:hAnsi="Calibri" w:cs="Calibri"/>
        </w:rPr>
        <w:t>Clear boundaries and expectations help children feel safe. Staff respond to behaviour in a calm, predictable and developmentally appropriate manner.</w:t>
      </w:r>
    </w:p>
    <w:p w14:paraId="397D330D" w14:textId="77777777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6. Inclusion underpins our practice</w:t>
      </w:r>
    </w:p>
    <w:p w14:paraId="3A77A52E" w14:textId="77777777" w:rsidR="00056092" w:rsidRPr="00EF174C" w:rsidRDefault="00512217">
      <w:pPr>
        <w:pStyle w:val="ListBullet"/>
        <w:rPr>
          <w:rFonts w:ascii="Calibri" w:hAnsi="Calibri" w:cs="Calibri"/>
        </w:rPr>
      </w:pPr>
      <w:r w:rsidRPr="00EF174C">
        <w:rPr>
          <w:rFonts w:ascii="Calibri" w:hAnsi="Calibri" w:cs="Calibri"/>
        </w:rPr>
        <w:t>We recognise that some children may require additional support to regulate their behaviour and emotions. We make reasonable adjustments to meet individual needs and ensure every child can succeed.</w:t>
      </w:r>
    </w:p>
    <w:p w14:paraId="4F093C3A" w14:textId="77777777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7. Positive behaviour is encouraged and celebrated</w:t>
      </w:r>
    </w:p>
    <w:p w14:paraId="15D93F40" w14:textId="77777777" w:rsidR="00056092" w:rsidRPr="00EF174C" w:rsidRDefault="00512217">
      <w:pPr>
        <w:pStyle w:val="ListBullet"/>
        <w:rPr>
          <w:rFonts w:ascii="Calibri" w:hAnsi="Calibri" w:cs="Calibri"/>
        </w:rPr>
      </w:pPr>
      <w:r w:rsidRPr="00EF174C">
        <w:rPr>
          <w:rFonts w:ascii="Calibri" w:hAnsi="Calibri" w:cs="Calibri"/>
        </w:rPr>
        <w:t>We acknowledge effort, kindness, resilience and cooperation. We focus on helping children develop intrinsic motivation and positive self-esteem.</w:t>
      </w:r>
    </w:p>
    <w:p w14:paraId="422823CB" w14:textId="77777777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8. Physical and emotional safety are paramount</w:t>
      </w:r>
    </w:p>
    <w:p w14:paraId="40182418" w14:textId="77777777" w:rsidR="00056092" w:rsidRPr="00EF174C" w:rsidRDefault="00512217">
      <w:pPr>
        <w:pStyle w:val="ListBullet"/>
        <w:rPr>
          <w:rFonts w:ascii="Calibri" w:hAnsi="Calibri" w:cs="Calibri"/>
        </w:rPr>
      </w:pPr>
      <w:r w:rsidRPr="00EF174C">
        <w:rPr>
          <w:rFonts w:ascii="Calibri" w:hAnsi="Calibri" w:cs="Calibri"/>
        </w:rPr>
        <w:lastRenderedPageBreak/>
        <w:t>We support children to keep themselves and others safe. Any incidents are managed sensitively and proportionately, with children's wellbeing at the centre of decision making.</w:t>
      </w:r>
    </w:p>
    <w:p w14:paraId="0DE50907" w14:textId="77777777" w:rsidR="00056092" w:rsidRPr="00EF174C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  <w:b/>
        </w:rPr>
        <w:t>Our Commitment</w:t>
      </w:r>
    </w:p>
    <w:p w14:paraId="23CB8CC4" w14:textId="07A04A46" w:rsidR="00056092" w:rsidRDefault="00512217">
      <w:pPr>
        <w:rPr>
          <w:rFonts w:ascii="Calibri" w:hAnsi="Calibri" w:cs="Calibri"/>
        </w:rPr>
      </w:pPr>
      <w:r w:rsidRPr="00EF174C">
        <w:rPr>
          <w:rFonts w:ascii="Calibri" w:hAnsi="Calibri" w:cs="Calibri"/>
        </w:rPr>
        <w:t>Through nurturing relationships, consistent expectations and an understanding of child development, we aim to help all children develop confidence, self-regulation, empathy and a lifelong love of learning.</w:t>
      </w:r>
      <w:r w:rsidR="00EF174C">
        <w:rPr>
          <w:rFonts w:ascii="Calibri" w:hAnsi="Calibri" w:cs="Calibri"/>
        </w:rPr>
        <w:t xml:space="preserve"> These principles were developed alongside our Behaviour Policy. </w:t>
      </w:r>
    </w:p>
    <w:p w14:paraId="2CCB0F06" w14:textId="7C8BCAD8" w:rsidR="00362A9F" w:rsidRDefault="00362A9F">
      <w:pPr>
        <w:rPr>
          <w:rFonts w:ascii="Calibri" w:hAnsi="Calibri" w:cs="Calibri"/>
        </w:rPr>
      </w:pPr>
    </w:p>
    <w:p w14:paraId="3F7E5EF4" w14:textId="19F1B2E3" w:rsidR="00362A9F" w:rsidRPr="00EF174C" w:rsidRDefault="00362A9F">
      <w:pPr>
        <w:rPr>
          <w:rFonts w:ascii="Calibri" w:hAnsi="Calibri" w:cs="Calibri"/>
        </w:rPr>
      </w:pPr>
      <w:r w:rsidRPr="00362A9F">
        <w:rPr>
          <w:rFonts w:ascii="Calibri" w:hAnsi="Calibri" w:cs="Calibri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7E3C0DF" wp14:editId="774425FC">
                <wp:simplePos x="0" y="0"/>
                <wp:positionH relativeFrom="column">
                  <wp:posOffset>0</wp:posOffset>
                </wp:positionH>
                <wp:positionV relativeFrom="paragraph">
                  <wp:posOffset>73660</wp:posOffset>
                </wp:positionV>
                <wp:extent cx="2533650" cy="1404620"/>
                <wp:effectExtent l="0" t="0" r="1905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3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37FCD" w14:textId="21ED1A45" w:rsidR="00362A9F" w:rsidRPr="00362A9F" w:rsidRDefault="00362A9F">
                            <w:pPr>
                              <w:rPr>
                                <w:rFonts w:ascii="Calibri" w:hAnsi="Calibri" w:cs="Calibri"/>
                                <w:lang w:val="en-GB"/>
                              </w:rPr>
                            </w:pPr>
                            <w:r w:rsidRPr="00362A9F">
                              <w:rPr>
                                <w:rFonts w:ascii="Calibri" w:hAnsi="Calibri" w:cs="Calibri"/>
                                <w:lang w:val="en-GB"/>
                              </w:rPr>
                              <w:t>Agreed by FGB: October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E3C0DF" id="Text Box 2" o:spid="_x0000_s1031" type="#_x0000_t202" style="position:absolute;margin-left:0;margin-top:5.8pt;width:199.5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">
                <v:textbox style="mso-fit-shape-to-text:t">
                  <w:txbxContent>
                    <w:p w14:paraId="13537FCD" w14:textId="21ED1A45" w:rsidR="00362A9F" w:rsidRPr="00362A9F" w:rsidRDefault="00362A9F">
                      <w:pPr>
                        <w:rPr>
                          <w:rFonts w:ascii="Calibri" w:hAnsi="Calibri" w:cs="Calibri"/>
                          <w:lang w:val="en-GB"/>
                        </w:rPr>
                      </w:pPr>
                      <w:r w:rsidRPr="00362A9F">
                        <w:rPr>
                          <w:rFonts w:ascii="Calibri" w:hAnsi="Calibri" w:cs="Calibri"/>
                          <w:lang w:val="en-GB"/>
                        </w:rPr>
                        <w:t>Agreed by FGB: October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62A9F" w:rsidRPr="00EF174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78621163">
    <w:abstractNumId w:val="8"/>
  </w:num>
  <w:num w:numId="2" w16cid:durableId="1925382455">
    <w:abstractNumId w:val="6"/>
  </w:num>
  <w:num w:numId="3" w16cid:durableId="886449095">
    <w:abstractNumId w:val="5"/>
  </w:num>
  <w:num w:numId="4" w16cid:durableId="1194460137">
    <w:abstractNumId w:val="4"/>
  </w:num>
  <w:num w:numId="5" w16cid:durableId="424225437">
    <w:abstractNumId w:val="7"/>
  </w:num>
  <w:num w:numId="6" w16cid:durableId="957373075">
    <w:abstractNumId w:val="3"/>
  </w:num>
  <w:num w:numId="7" w16cid:durableId="69892130">
    <w:abstractNumId w:val="2"/>
  </w:num>
  <w:num w:numId="8" w16cid:durableId="958757478">
    <w:abstractNumId w:val="1"/>
  </w:num>
  <w:num w:numId="9" w16cid:durableId="2007895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ocumentProtection w:edit="readOnly" w:enforcement="1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56092"/>
    <w:rsid w:val="0006063C"/>
    <w:rsid w:val="00130F31"/>
    <w:rsid w:val="0015074B"/>
    <w:rsid w:val="0029639D"/>
    <w:rsid w:val="00326F90"/>
    <w:rsid w:val="00362A9F"/>
    <w:rsid w:val="003A0F7D"/>
    <w:rsid w:val="005E43B5"/>
    <w:rsid w:val="008E6CF8"/>
    <w:rsid w:val="009310FC"/>
    <w:rsid w:val="00AA1D8D"/>
    <w:rsid w:val="00B47730"/>
    <w:rsid w:val="00CB0664"/>
    <w:rsid w:val="00CC6C86"/>
    <w:rsid w:val="00DB6389"/>
    <w:rsid w:val="00EF174C"/>
    <w:rsid w:val="00FC693F"/>
    <w:rsid w:val="07859F7A"/>
    <w:rsid w:val="2DE28A44"/>
    <w:rsid w:val="37B7975C"/>
    <w:rsid w:val="5105F84E"/>
    <w:rsid w:val="560005CA"/>
    <w:rsid w:val="74AF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679F42EC-7046-466F-812D-A23034B6D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1932</Characters>
  <Application>Microsoft Office Word</Application>
  <DocSecurity>8</DocSecurity>
  <Lines>16</Lines>
  <Paragraphs>4</Paragraphs>
  <ScaleCrop>false</ScaleCrop>
  <Manager/>
  <Company/>
  <LinksUpToDate>false</LinksUpToDate>
  <CharactersWithSpaces>2266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Bray</dc:creator>
  <cp:keywords/>
  <dc:description>generated by python-docx</dc:description>
  <cp:lastModifiedBy>HEAD@admin.school</cp:lastModifiedBy>
  <cp:revision>2</cp:revision>
  <dcterms:created xsi:type="dcterms:W3CDTF">2026-10-15T09:43:00Z</dcterms:created>
  <dcterms:modified xsi:type="dcterms:W3CDTF">2026-10-15T09:43:00Z</dcterms:modified>
  <cp:category/>
</cp:coreProperties>
</file>